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60520" cy="4160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earch_us_card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4160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NanumSquare" w:hAnsi="NanumSquare" w:eastAsia="나눔스퀘어"/>
          <w:b/>
          <w:color w:val="153F31"/>
          <w:sz w:val="68"/>
        </w:rPr>
        <w:t>RESEARCH_US</w:t>
      </w:r>
    </w:p>
    <w:p>
      <w:pPr>
        <w:pStyle w:val="Title"/>
        <w:jc w:val="center"/>
      </w:pPr>
      <w:r>
        <w:t>처음 왔다면, 이 순서대로 해보세요</w:t>
      </w:r>
    </w:p>
    <w:p>
      <w:pPr>
        <w:pStyle w:val="Lead"/>
        <w:jc w:val="center"/>
      </w:pPr>
      <w:r>
        <w:t>여행자 · 지역민 · 시·군·구 담당자 · 최고관리자</w:t>
      </w:r>
    </w:p>
    <w:p>
      <w:pPr>
        <w:pStyle w:val="Small"/>
        <w:jc w:val="center"/>
      </w:pPr>
      <w:r>
        <w:t>Version 0.3.4  |  2026.07</w:t>
      </w:r>
    </w:p>
    <w:p>
      <w:r>
        <w:br w:type="page"/>
      </w:r>
    </w:p>
    <w:p>
      <w:pPr>
        <w:pStyle w:val="Heading1"/>
      </w:pPr>
      <w:r>
        <w:t>먼저, 당신은 어디에 해당하나요?</w:t>
      </w:r>
    </w:p>
    <w:p>
      <w:pPr>
        <w:pStyle w:val="Lead"/>
      </w:pPr>
      <w:r>
        <w:t>여행만 해보고 싶다면 2장부터 읽으세요. 동네의 한 곳을 추천하려면 5장, 지역을 맡아 운영한다면 6장부터 시작하면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153F31"/>
            <w:vAlign w:val="center"/>
          </w:tcPr>
          <w:p>
            <w:r>
              <w:rPr>
                <w:b/>
                <w:color w:val="FFFFFF"/>
              </w:rPr>
              <w:t>나는</w:t>
            </w:r>
          </w:p>
        </w:tc>
        <w:tc>
          <w:tcPr>
            <w:tcW w:type="dxa" w:w="3389"/>
            <w:shd w:fill="153F31"/>
            <w:vAlign w:val="center"/>
          </w:tcPr>
          <w:p>
            <w:r>
              <w:rPr>
                <w:b/>
                <w:color w:val="FFFFFF"/>
              </w:rPr>
              <w:t>먼저 읽을 곳</w:t>
            </w:r>
          </w:p>
        </w:tc>
        <w:tc>
          <w:tcPr>
            <w:tcW w:type="dxa" w:w="3389"/>
            <w:shd w:fill="153F31"/>
            <w:vAlign w:val="center"/>
          </w:tcPr>
          <w:p>
            <w:r>
              <w:rPr>
                <w:b/>
                <w:color w:val="FFFFFF"/>
              </w:rPr>
              <w:t>하게 되는 일</w:t>
            </w:r>
          </w:p>
        </w:tc>
      </w:tr>
      <w:tr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여행자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2~4장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지역 고르기, 코스 만들기, 도착 인증</w:t>
            </w:r>
          </w:p>
        </w:tc>
      </w:tr>
      <w:tr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지역민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5장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우리 동네 장소 추천</w:t>
            </w:r>
          </w:p>
        </w:tc>
      </w:tr>
      <w:tr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지역 담당자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6~8장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지역 뉴스, 장소, 추천과 통계 관리</w:t>
            </w:r>
          </w:p>
        </w:tc>
      </w:tr>
      <w:tr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최고관리자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9장</w:t>
            </w:r>
          </w:p>
        </w:tc>
        <w:tc>
          <w:tcPr>
            <w:tcW w:type="dxa" w:w="338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새 지역 개설과 담당자 승인</w:t>
            </w:r>
          </w:p>
        </w:tc>
      </w:tr>
    </w:tbl>
    <w:p>
      <w:pPr>
        <w:pStyle w:val="Callout"/>
      </w:pPr>
      <w:r>
        <w:t>가장 빨리 시작하는 방법: 첫 화면에서 “지금 여행하기”를 누릅니다. 회원가입은 나중에 해도 됩니다.</w:t>
      </w:r>
    </w:p>
    <w:p>
      <w:pPr>
        <w:pStyle w:val="Heading1"/>
      </w:pPr>
      <w:r>
        <w:t>1. RESEARCH_US, 어떤 서비스인가요?</w:t>
      </w:r>
    </w:p>
    <w:p>
      <w:r>
        <w:t>“여긴 해 질 무렵이 좋아요.” “이 집은 점심 전에 가야 해요.” 여행을 살리는 건 이런 짧은 말입니다. RESEARCH_US는 지역민의 추천을 모아, 오늘 문이 열려 있고 시간 안에 닿을 수 있는 순서로 엮습니다.</w:t>
      </w:r>
    </w:p>
    <w:p>
      <w:pPr>
        <w:pStyle w:val="Heading2"/>
      </w:pPr>
      <w:r>
        <w:t>한 곳의 추천이 여행이 되는 순서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shd w:fill="EE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0643C"/>
                <w:sz w:val="36"/>
              </w:rPr>
              <w:t>1</w:t>
            </w:r>
            <w:r>
              <w:rPr>
                <w:b/>
              </w:rPr>
              <w:br/>
              <w:t>지역민이 추천</w:t>
            </w:r>
          </w:p>
        </w:tc>
        <w:tc>
          <w:tcPr>
            <w:tcW w:type="dxa" w:w="2541"/>
            <w:shd w:fill="EE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0643C"/>
                <w:sz w:val="36"/>
              </w:rPr>
              <w:t>2</w:t>
            </w:r>
            <w:r>
              <w:rPr>
                <w:b/>
              </w:rPr>
              <w:br/>
              <w:t>담당자가 확인</w:t>
            </w:r>
          </w:p>
        </w:tc>
        <w:tc>
          <w:tcPr>
            <w:tcW w:type="dxa" w:w="2541"/>
            <w:shd w:fill="EE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0643C"/>
                <w:sz w:val="36"/>
              </w:rPr>
              <w:t>3</w:t>
            </w:r>
            <w:r>
              <w:rPr>
                <w:b/>
              </w:rPr>
              <w:br/>
              <w:t>오늘의 순서 구성</w:t>
            </w:r>
          </w:p>
        </w:tc>
        <w:tc>
          <w:tcPr>
            <w:tcW w:type="dxa" w:w="2541"/>
            <w:shd w:fill="EEF3EF"/>
            <w:tcMar>
              <w:top w:w="180" w:type="dxa"/>
              <w:start w:w="120" w:type="dxa"/>
              <w:bottom w:w="1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0643C"/>
                <w:sz w:val="36"/>
              </w:rPr>
              <w:t>4</w:t>
            </w:r>
            <w:r>
              <w:rPr>
                <w:b/>
              </w:rPr>
              <w:br/>
              <w:t>현장에서 도착 인증</w:t>
            </w:r>
          </w:p>
        </w:tc>
      </w:tr>
    </w:tbl>
    <w:p>
      <w:pPr>
        <w:pStyle w:val="Heading2"/>
      </w:pPr>
      <w:r>
        <w:t>가입은 언제 필요한가요?</w:t>
      </w:r>
    </w:p>
    <w:p>
      <w:r>
        <w:t>지역을 둘러보고 코스를 만들고 현장에서 스탬프를 받는 일은 비회원으로 할 수 있습니다. 기록을 오래 보관하거나, 장소를 추천하거나, 지역 담당자로 신청할 때 계정을 만드세요.</w:t>
      </w:r>
    </w:p>
    <w:p>
      <w:pPr>
        <w:pStyle w:val="Heading1"/>
      </w:pPr>
      <w:r>
        <w:t>2. 여행자 - 3분 만에 시작하기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3063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earch_us_card_0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63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2-1. 지역을 고릅니다</w:t>
      </w:r>
    </w:p>
    <w:p>
      <w:pPr>
        <w:ind w:left="259" w:hanging="259"/>
      </w:pPr>
      <w:r>
        <w:rPr>
          <w:b/>
        </w:rPr>
        <w:t xml:space="preserve">1. </w:t>
      </w:r>
      <w:r>
        <w:t>첫 화면에서 “지금 여행하기”를 누릅니다.</w:t>
      </w:r>
    </w:p>
    <w:p>
      <w:pPr>
        <w:ind w:left="259" w:hanging="259"/>
      </w:pPr>
      <w:r>
        <w:rPr>
          <w:b/>
        </w:rPr>
        <w:t xml:space="preserve">2. </w:t>
      </w:r>
      <w:r>
        <w:t>지역 카드 가운데 “지금 여행 가능” 표시가 있는 곳을 고릅니다.</w:t>
      </w:r>
    </w:p>
    <w:p>
      <w:pPr>
        <w:ind w:left="259" w:hanging="259"/>
      </w:pPr>
      <w:r>
        <w:rPr>
          <w:b/>
        </w:rPr>
        <w:t xml:space="preserve">3. </w:t>
      </w:r>
      <w:r>
        <w:t>지역 홈에 들어가면 최신 뉴스부터 봅니다. 축제, 임시 휴무와 교통 소식이 동선에 영향을 줄 수 있습니다.</w:t>
      </w:r>
    </w:p>
    <w:p>
      <w:pPr>
        <w:pStyle w:val="Heading2"/>
      </w:pPr>
      <w:r>
        <w:t>2-2. 코스를 만듭니다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FC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내 주변 AI 추천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현재 위치 가까이에서 시작합니다.</w:t>
            </w:r>
          </w:p>
        </w:tc>
      </w:tr>
      <w:tr>
        <w:tc>
          <w:tcPr>
            <w:tcW w:type="dxa" w:w="5083"/>
            <w:shd w:fill="FC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직접 고르기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원하는 장소를 담고 방문 순서만 정리합니다.</w:t>
            </w:r>
          </w:p>
        </w:tc>
      </w:tr>
      <w:tr>
        <w:tc>
          <w:tcPr>
            <w:tcW w:type="dxa" w:w="5083"/>
            <w:shd w:fill="FC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여행 조건으로 추천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동행, 출발 시각, 남은 시간과 관심사를 반영합니다.</w:t>
            </w:r>
          </w:p>
        </w:tc>
      </w:tr>
      <w:tr>
        <w:tc>
          <w:tcPr>
            <w:tcW w:type="dxa" w:w="5083"/>
            <w:shd w:fill="FC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한 곳에서 시작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꼭 갈 장소 하나를 기준으로 주변을 엮습니다.</w:t>
            </w:r>
          </w:p>
        </w:tc>
      </w:tr>
    </w:tbl>
    <w:p>
      <w:pPr>
        <w:pStyle w:val="Heading2"/>
      </w:pPr>
      <w:r>
        <w:t>2-3. 코스를 받으면 네 가지를 봅니다</w:t>
      </w:r>
    </w:p>
    <w:p>
      <w:pPr>
        <w:pStyle w:val="ListBullet"/>
      </w:pPr>
      <w:r>
        <w:t>총 예상 시간</w:t>
      </w:r>
    </w:p>
    <w:p>
      <w:pPr>
        <w:pStyle w:val="ListBullet"/>
      </w:pPr>
      <w:r>
        <w:t>첫 장소까지의 거리</w:t>
      </w:r>
    </w:p>
    <w:p>
      <w:pPr>
        <w:pStyle w:val="ListBullet"/>
      </w:pPr>
      <w:r>
        <w:t>식사와 카페가 들어간 시각</w:t>
      </w:r>
    </w:p>
    <w:p>
      <w:pPr>
        <w:pStyle w:val="ListBullet"/>
      </w:pPr>
      <w:r>
        <w:t>곧 문을 닫는 장소가 있는지</w:t>
      </w:r>
    </w:p>
    <w:p>
      <w:pPr>
        <w:pStyle w:val="Heading1"/>
      </w:pPr>
      <w:r>
        <w:t>3. 플레이 화면 - 길 위에서 보는 것</w:t>
      </w:r>
    </w:p>
    <w:p>
      <w:r>
        <w:t>코스를 고르면 플레이 화면이 열립니다. 화면을 닫지 않아도 지도와 장소 목록을 오갈 수 있고, 지도는 접었다 펼칠 수 있습니다.</w:t>
      </w:r>
    </w:p>
    <w:p>
      <w:r>
        <w:rPr>
          <w:b/>
        </w:rPr>
        <w:t xml:space="preserve">진행률 - </w:t>
      </w:r>
      <w:r>
        <w:t>몇 곳을 마쳤고 몇 곳이 남았는지 보여줍니다.</w:t>
      </w:r>
    </w:p>
    <w:p>
      <w:r>
        <w:rPr>
          <w:b/>
        </w:rPr>
        <w:t xml:space="preserve">다음 장소 - </w:t>
      </w:r>
      <w:r>
        <w:t>지금 가야 할 곳과 도착 인증 버튼이 보입니다.</w:t>
      </w:r>
    </w:p>
    <w:p>
      <w:r>
        <w:rPr>
          <w:b/>
        </w:rPr>
        <w:t xml:space="preserve">지도 - </w:t>
      </w:r>
      <w:r>
        <w:t>현재 위치와 남은 장소를 한눈에 봅니다.</w:t>
      </w:r>
    </w:p>
    <w:p>
      <w:r>
        <w:rPr>
          <w:b/>
        </w:rPr>
        <w:t xml:space="preserve">길찾기 - </w:t>
      </w:r>
      <w:r>
        <w:t>외부 지도 앱을 열어 실제 도로 안내를 시작합니다.</w:t>
      </w:r>
    </w:p>
    <w:p>
      <w:r>
        <w:rPr>
          <w:b/>
        </w:rPr>
        <w:t xml:space="preserve">스탬프 - </w:t>
      </w:r>
      <w:r>
        <w:t>도착 인증을 마친 장소가 한 칸씩 채워집니다.</w:t>
      </w:r>
    </w:p>
    <w:p>
      <w:pPr>
        <w:pStyle w:val="Heading2"/>
      </w:pPr>
      <w:r>
        <w:t>문 닫은 곳을 만났다면</w:t>
      </w:r>
    </w:p>
    <w:p>
      <w:r>
        <w:t>먼저 장소 상세의 전화번호와 최신 뉴스를 확인하세요. 대체 장소 버튼이 보이면 다른 곳으로 바꿀 수 있습니다. 임시 휴무를 알게 됐다면 운영자에게 알려주세요. 다음 여행자의 허탕을 줄일 수 있습니다.</w:t>
      </w:r>
    </w:p>
    <w:p>
      <w:pPr>
        <w:pStyle w:val="Heading1"/>
      </w:pPr>
      <w:r>
        <w:t>4. 도착 인증 - GPS와 QR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3063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earch_us_card_0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63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GPS만 쓰는 장소</w:t>
      </w:r>
    </w:p>
    <w:p>
      <w:pPr>
        <w:ind w:left="259" w:hanging="259"/>
      </w:pPr>
      <w:r>
        <w:rPr>
          <w:b/>
        </w:rPr>
        <w:t xml:space="preserve">1. </w:t>
      </w:r>
      <w:r>
        <w:t>장소에 도착한 뒤 “도착 인증”을 누릅니다.</w:t>
      </w:r>
    </w:p>
    <w:p>
      <w:pPr>
        <w:ind w:left="259" w:hanging="259"/>
      </w:pPr>
      <w:r>
        <w:rPr>
          <w:b/>
        </w:rPr>
        <w:t xml:space="preserve">2. </w:t>
      </w:r>
      <w:r>
        <w:t>휴대전화가 위치 권한을 묻으면 허용합니다.</w:t>
      </w:r>
    </w:p>
    <w:p>
      <w:pPr>
        <w:ind w:left="259" w:hanging="259"/>
      </w:pPr>
      <w:r>
        <w:rPr>
          <w:b/>
        </w:rPr>
        <w:t xml:space="preserve">3. </w:t>
      </w:r>
      <w:r>
        <w:t>서버가 장소까지 거리, 위치 오차와 측정 시각을 확인합니다.</w:t>
      </w:r>
    </w:p>
    <w:p>
      <w:pPr>
        <w:ind w:left="259" w:hanging="259"/>
      </w:pPr>
      <w:r>
        <w:rPr>
          <w:b/>
        </w:rPr>
        <w:t xml:space="preserve">4. </w:t>
      </w:r>
      <w:r>
        <w:t>조건이 맞으면 스탬프가 찍힙니다.</w:t>
      </w:r>
    </w:p>
    <w:p>
      <w:pPr>
        <w:pStyle w:val="Heading2"/>
      </w:pPr>
      <w:r>
        <w:t>GPS와 QR을 함께 쓰는 장소</w:t>
      </w:r>
    </w:p>
    <w:p>
      <w:r>
        <w:t>매장이나 실내 시설에서는 위치 확인 뒤 현장 QR을 한 번 더 읽습니다. 계산대나 안내판에 붙은 현재 장소의 QR을 사용하세요.</w:t>
      </w:r>
    </w:p>
    <w:p>
      <w:pPr>
        <w:pStyle w:val="Heading2"/>
      </w:pPr>
      <w:r>
        <w:t>실패 메시지 읽는 법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153F31"/>
          </w:tcPr>
          <w:p>
            <w:r>
              <w:rPr>
                <w:b/>
                <w:color w:val="FFFFFF"/>
              </w:rPr>
              <w:t>화면에 보이는 말</w:t>
            </w:r>
          </w:p>
        </w:tc>
        <w:tc>
          <w:tcPr>
            <w:tcW w:type="dxa" w:w="5083"/>
            <w:shd w:fill="153F31"/>
          </w:tcPr>
          <w:p>
            <w:r>
              <w:rPr>
                <w:b/>
                <w:color w:val="FFFFFF"/>
              </w:rPr>
              <w:t>뜻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거리 초과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아직 인증 반경 밖입니다.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정확도 부족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실내나 고층 건물 사이에서 위치 오차가 큽니다.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위치정보가 오래됨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새 위치를 받아 다시 시도해야 합니다.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QR 불일치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다른 장소의 코드이거나 만료된 코드입니다.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이미 완료함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같은 코스에서 이미 스탬프를 받은 장소입니다.</w:t>
            </w:r>
          </w:p>
        </w:tc>
      </w:tr>
    </w:tbl>
    <w:p>
      <w:pPr>
        <w:pStyle w:val="Callout"/>
      </w:pPr>
      <w:r>
        <w:t>건물 안에서 위치가 흔들리면 입구나 창가로 이동하세요. 휴대전화의 위치 서비스와 브라우저 권한도 함께 켜야 합니다.</w:t>
      </w:r>
    </w:p>
    <w:p>
      <w:pPr>
        <w:pStyle w:val="Heading1"/>
      </w:pPr>
      <w:r>
        <w:t>5. 지역민 - 우리 동네 한 곳 보태기</w:t>
      </w:r>
    </w:p>
    <w:p>
      <w:pPr>
        <w:pStyle w:val="Heading2"/>
      </w:pPr>
      <w:r>
        <w:t>5-1. 회원가입</w:t>
      </w:r>
    </w:p>
    <w:p>
      <w:pPr>
        <w:pStyle w:val="ListBullet"/>
      </w:pPr>
      <w:r>
        <w:t>닉네임</w:t>
      </w:r>
    </w:p>
    <w:p>
      <w:pPr>
        <w:pStyle w:val="ListBullet"/>
      </w:pPr>
      <w:r>
        <w:t>이메일</w:t>
      </w:r>
    </w:p>
    <w:p>
      <w:pPr>
        <w:pStyle w:val="ListBullet"/>
      </w:pPr>
      <w:r>
        <w:t>비밀번호</w:t>
      </w:r>
    </w:p>
    <w:p>
      <w:pPr>
        <w:pStyle w:val="ListBullet"/>
      </w:pPr>
      <w:r>
        <w:t>주 활동 지역 - 선택</w:t>
      </w:r>
    </w:p>
    <w:p>
      <w:pPr>
        <w:pStyle w:val="ListBullet"/>
      </w:pPr>
      <w:r>
        <w:t>이용 목적 - 지역민</w:t>
      </w:r>
    </w:p>
    <w:p>
      <w:r>
        <w:t>실명은 받지 않습니다. 추천을 고치거나 검토 결과를 보려면 같은 계정으로 로그인해야 합니다.</w:t>
      </w:r>
    </w:p>
    <w:p>
      <w:pPr>
        <w:pStyle w:val="Heading2"/>
      </w:pPr>
      <w:r>
        <w:t>5-2. 추천 글 쓰기</w:t>
      </w:r>
    </w:p>
    <w:p>
      <w:pPr>
        <w:ind w:left="259" w:hanging="259"/>
      </w:pPr>
      <w:r>
        <w:rPr>
          <w:b/>
        </w:rPr>
        <w:t xml:space="preserve">1. </w:t>
      </w:r>
      <w:r>
        <w:t>“우리 동네 한 곳 보태기”를 누릅니다.</w:t>
      </w:r>
    </w:p>
    <w:p>
      <w:pPr>
        <w:ind w:left="259" w:hanging="259"/>
      </w:pPr>
      <w:r>
        <w:rPr>
          <w:b/>
        </w:rPr>
        <w:t xml:space="preserve">2. </w:t>
      </w:r>
      <w:r>
        <w:t>지역, 장소명, 주소와 카테고리를 적습니다.</w:t>
      </w:r>
    </w:p>
    <w:p>
      <w:pPr>
        <w:ind w:left="259" w:hanging="259"/>
      </w:pPr>
      <w:r>
        <w:rPr>
          <w:b/>
        </w:rPr>
        <w:t xml:space="preserve">3. </w:t>
      </w:r>
      <w:r>
        <w:t>지도에서 위치를 확인합니다. 현장에 있다면 현재 위치를 불러오세요.</w:t>
      </w:r>
    </w:p>
    <w:p>
      <w:pPr>
        <w:ind w:left="259" w:hanging="259"/>
      </w:pPr>
      <w:r>
        <w:rPr>
          <w:b/>
        </w:rPr>
        <w:t xml:space="preserve">4. </w:t>
      </w:r>
      <w:r>
        <w:t>사진과 영업시간을 알고 있다면 함께 올립니다.</w:t>
      </w:r>
    </w:p>
    <w:p>
      <w:pPr>
        <w:ind w:left="259" w:hanging="259"/>
      </w:pPr>
      <w:r>
        <w:rPr>
          <w:b/>
        </w:rPr>
        <w:t xml:space="preserve">5. </w:t>
      </w:r>
      <w:r>
        <w:t>추천 이유를 적고 제출합니다.</w:t>
      </w:r>
    </w:p>
    <w:p>
      <w:pPr>
        <w:pStyle w:val="Heading2"/>
      </w:pPr>
      <w:r>
        <w:t>좋은 추천에는 장면이 있습니다</w:t>
      </w:r>
    </w:p>
    <w:p>
      <w:pPr>
        <w:pStyle w:val="ListBullet"/>
      </w:pPr>
      <w:r>
        <w:t>누구와 가면 좋은가 - 아이, 부모님, 혼자, 반려견과 함께</w:t>
      </w:r>
    </w:p>
    <w:p>
      <w:pPr>
        <w:pStyle w:val="ListBullet"/>
      </w:pPr>
      <w:r>
        <w:t>언제 가면 좋은가 - 평일 오전, 해 질 무렵, 장날, 비 오는 날</w:t>
      </w:r>
    </w:p>
    <w:p>
      <w:pPr>
        <w:pStyle w:val="ListBullet"/>
      </w:pPr>
      <w:r>
        <w:t>무엇을 놓치지 말아야 하는가 - 주문할 메뉴, 앉을 자리, 걷기 좋은 방향</w:t>
      </w:r>
    </w:p>
    <w:p>
      <w:pPr>
        <w:pStyle w:val="Callout"/>
      </w:pPr>
      <w:r>
        <w:t>“분위기가 좋아요”보다 “오후 네 시쯤 창가 자리가 가장 좋습니다”라는 문장이 여행자에게 훨씬 쓸모 있습니다.</w:t>
      </w:r>
    </w:p>
    <w:p>
      <w:pPr>
        <w:pStyle w:val="Heading1"/>
      </w:pPr>
      <w:r>
        <w:t>6. 지역 담당자 - 신청부터 승인까지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306324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earch_us_card_09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63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59" w:hanging="259"/>
      </w:pPr>
      <w:r>
        <w:rPr>
          <w:b/>
        </w:rPr>
        <w:t xml:space="preserve">1. </w:t>
      </w:r>
      <w:r>
        <w:t>일반 회원으로 먼저 가입합니다.</w:t>
      </w:r>
    </w:p>
    <w:p>
      <w:pPr>
        <w:ind w:left="259" w:hanging="259"/>
      </w:pPr>
      <w:r>
        <w:rPr>
          <w:b/>
        </w:rPr>
        <w:t xml:space="preserve">2. </w:t>
      </w:r>
      <w:r>
        <w:t>담당자 신청 화면에서 담당 희망 지역을 고릅니다.</w:t>
      </w:r>
    </w:p>
    <w:p>
      <w:pPr>
        <w:ind w:left="259" w:hanging="259"/>
      </w:pPr>
      <w:r>
        <w:rPr>
          <w:b/>
        </w:rPr>
        <w:t xml:space="preserve">3. </w:t>
      </w:r>
      <w:r>
        <w:t>소속 기관, 직책, 업무 연락처와 신청 이유를 적습니다.</w:t>
      </w:r>
    </w:p>
    <w:p>
      <w:pPr>
        <w:ind w:left="259" w:hanging="259"/>
      </w:pPr>
      <w:r>
        <w:rPr>
          <w:b/>
        </w:rPr>
        <w:t xml:space="preserve">4. </w:t>
      </w:r>
      <w:r>
        <w:t>최고관리자가 소속과 담당 지역을 확인합니다.</w:t>
      </w:r>
    </w:p>
    <w:p>
      <w:pPr>
        <w:ind w:left="259" w:hanging="259"/>
      </w:pPr>
      <w:r>
        <w:rPr>
          <w:b/>
        </w:rPr>
        <w:t xml:space="preserve">5. </w:t>
      </w:r>
      <w:r>
        <w:t>승인 알림을 받은 뒤 운영자 로그인 화면으로 들어갑니다.</w:t>
      </w:r>
    </w:p>
    <w:p>
      <w:r>
        <w:rPr>
          <w:b/>
        </w:rPr>
        <w:t xml:space="preserve">담당자 신청: </w:t>
      </w:r>
      <w:r>
        <w:rPr>
          <w:rFonts w:ascii="Courier New" w:hAnsi="Courier New"/>
          <w:color w:val="153F31"/>
          <w:sz w:val="18"/>
        </w:rPr>
        <w:t>https://reserchus.com/manager-apply.php</w:t>
      </w:r>
    </w:p>
    <w:p>
      <w:r>
        <w:rPr>
          <w:b/>
        </w:rPr>
        <w:t xml:space="preserve">운영자 로그인: </w:t>
      </w:r>
      <w:r>
        <w:rPr>
          <w:rFonts w:ascii="Courier New" w:hAnsi="Courier New"/>
          <w:color w:val="153F31"/>
          <w:sz w:val="18"/>
        </w:rPr>
        <w:t>https://reserchus.com/operator-login.php</w:t>
      </w:r>
    </w:p>
    <w:p>
      <w:pPr>
        <w:pStyle w:val="Callout"/>
      </w:pPr>
      <w:r>
        <w:t>담당자는 승인받은 지역만 봅니다. 한 지역의 뉴스와 통계가 다른 지역과 섞이지 않도록 권한을 나눕니다.</w:t>
      </w:r>
    </w:p>
    <w:p>
      <w:pPr>
        <w:pStyle w:val="Heading1"/>
      </w:pPr>
      <w:r>
        <w:t>7. 지역 담당자의 하루</w:t>
      </w:r>
    </w:p>
    <w:p>
      <w:pPr>
        <w:pStyle w:val="Heading2"/>
      </w:pPr>
      <w:r>
        <w:t>지역 최신 뉴스 올리기</w:t>
      </w:r>
    </w:p>
    <w:p>
      <w:r>
        <w:t>축제와 행사만 올리는 게시판이 아닙니다. 여행자가 오늘 움직일 때 알아야 할 소식을 우선합니다.</w:t>
      </w:r>
    </w:p>
    <w:p>
      <w:pPr>
        <w:pStyle w:val="ListBullet"/>
      </w:pPr>
      <w:r>
        <w:t>축제·행사 일정</w:t>
      </w:r>
    </w:p>
    <w:p>
      <w:pPr>
        <w:pStyle w:val="ListBullet"/>
      </w:pPr>
      <w:r>
        <w:t>임시 휴무와 운영시간 변경</w:t>
      </w:r>
    </w:p>
    <w:p>
      <w:pPr>
        <w:pStyle w:val="ListBullet"/>
      </w:pPr>
      <w:r>
        <w:t>주차·교통 안내</w:t>
      </w:r>
    </w:p>
    <w:p>
      <w:pPr>
        <w:pStyle w:val="ListBullet"/>
      </w:pPr>
      <w:r>
        <w:t>모집과 이벤트</w:t>
      </w:r>
    </w:p>
    <w:p>
      <w:pPr>
        <w:pStyle w:val="ListBullet"/>
      </w:pPr>
      <w:r>
        <w:t>계절별 추천 코스</w:t>
      </w:r>
    </w:p>
    <w:p>
      <w:pPr>
        <w:pStyle w:val="ListBullet"/>
      </w:pPr>
      <w:r>
        <w:t>긴급 안내</w:t>
      </w:r>
    </w:p>
    <w:p>
      <w:pPr>
        <w:pStyle w:val="Heading2"/>
      </w:pPr>
      <w:r>
        <w:t>장소 정보 손보기</w:t>
      </w:r>
    </w:p>
    <w:p>
      <w:pPr>
        <w:pStyle w:val="ListBullet"/>
      </w:pPr>
      <w:r>
        <w:t>장소명, 주소, 위도·경도</w:t>
      </w:r>
    </w:p>
    <w:p>
      <w:pPr>
        <w:pStyle w:val="ListBullet"/>
      </w:pPr>
      <w:r>
        <w:t>소개와 대표 사진</w:t>
      </w:r>
    </w:p>
    <w:p>
      <w:pPr>
        <w:pStyle w:val="ListBullet"/>
      </w:pPr>
      <w:r>
        <w:t>전화번호와 요일별 영업시간</w:t>
      </w:r>
    </w:p>
    <w:p>
      <w:pPr>
        <w:pStyle w:val="ListBullet"/>
      </w:pPr>
      <w:r>
        <w:t>머무를 시간</w:t>
      </w:r>
    </w:p>
    <w:p>
      <w:pPr>
        <w:pStyle w:val="ListBullet"/>
      </w:pPr>
      <w:r>
        <w:t>GPS 인증 반경과 허용 오차</w:t>
      </w:r>
    </w:p>
    <w:p>
      <w:pPr>
        <w:pStyle w:val="ListBullet"/>
      </w:pPr>
      <w:r>
        <w:t>GPS만 쓸지 QR을 함께 쓸지</w:t>
      </w:r>
    </w:p>
    <w:p>
      <w:pPr>
        <w:pStyle w:val="Heading2"/>
      </w:pPr>
      <w:r>
        <w:t>지역민 추천 검토하기</w:t>
      </w:r>
    </w:p>
    <w:p>
      <w:r>
        <w:t>주소가 맞는지, 이미 등록된 장소인지, 개인 연락처나 과장 광고가 들어 있지 않은지 봅니다. 반려할 때는 다시 고칠 수 있도록 이유를 구체적으로 남깁니다.</w:t>
      </w:r>
    </w:p>
    <w:p>
      <w:pPr>
        <w:pStyle w:val="Heading2"/>
      </w:pPr>
      <w:r>
        <w:t>숫자 읽기</w:t>
      </w:r>
    </w:p>
    <w:p>
      <w:pPr>
        <w:pStyle w:val="ListBullet"/>
      </w:pPr>
      <w:r>
        <w:t>오늘 지역 홈을 찾은 사람</w:t>
      </w:r>
    </w:p>
    <w:p>
      <w:pPr>
        <w:pStyle w:val="ListBullet"/>
      </w:pPr>
      <w:r>
        <w:t>코스를 만든 사람과 플레이를 시작한 사람</w:t>
      </w:r>
    </w:p>
    <w:p>
      <w:pPr>
        <w:pStyle w:val="ListBullet"/>
      </w:pPr>
      <w:r>
        <w:t>실제 방문 인증 수</w:t>
      </w:r>
    </w:p>
    <w:p>
      <w:pPr>
        <w:pStyle w:val="ListBullet"/>
      </w:pPr>
      <w:r>
        <w:t>완주율</w:t>
      </w:r>
    </w:p>
    <w:p>
      <w:pPr>
        <w:pStyle w:val="ListBullet"/>
      </w:pPr>
      <w:r>
        <w:t>많이 찾은 장소</w:t>
      </w:r>
    </w:p>
    <w:p>
      <w:pPr>
        <w:pStyle w:val="ListBullet"/>
      </w:pPr>
      <w:r>
        <w:t>실패가 잦은 인증 장소</w:t>
      </w:r>
    </w:p>
    <w:p>
      <w:pPr>
        <w:pStyle w:val="Heading1"/>
      </w:pPr>
      <w:r>
        <w:t>8. 최고관리자 - 지역을 열고 사람을 승인하기</w:t>
      </w:r>
    </w:p>
    <w:p>
      <w:r>
        <w:rPr>
          <w:b/>
        </w:rPr>
        <w:t xml:space="preserve">공통 운영자 로그인: </w:t>
      </w:r>
      <w:r>
        <w:t>https://reserchus.com/operator-login.php</w:t>
      </w:r>
    </w:p>
    <w:p>
      <w:pPr>
        <w:pStyle w:val="Heading2"/>
      </w:pPr>
      <w:r>
        <w:t>담당자 신청 처리</w:t>
      </w:r>
    </w:p>
    <w:p>
      <w:pPr>
        <w:ind w:left="259" w:hanging="259"/>
      </w:pPr>
      <w:r>
        <w:rPr>
          <w:b/>
        </w:rPr>
        <w:t xml:space="preserve">1. </w:t>
      </w:r>
      <w:r>
        <w:t>담당자 신청 목록을 엽니다.</w:t>
      </w:r>
    </w:p>
    <w:p>
      <w:pPr>
        <w:ind w:left="259" w:hanging="259"/>
      </w:pPr>
      <w:r>
        <w:rPr>
          <w:b/>
        </w:rPr>
        <w:t xml:space="preserve">2. </w:t>
      </w:r>
      <w:r>
        <w:t>소속 기관, 직책, 연락처와 신청 이유를 읽습니다.</w:t>
      </w:r>
    </w:p>
    <w:p>
      <w:pPr>
        <w:ind w:left="259" w:hanging="259"/>
      </w:pPr>
      <w:r>
        <w:rPr>
          <w:b/>
        </w:rPr>
        <w:t xml:space="preserve">3. </w:t>
      </w:r>
      <w:r>
        <w:t>신청한 지역을 실제로 맡은 사람인지 확인합니다.</w:t>
      </w:r>
    </w:p>
    <w:p>
      <w:pPr>
        <w:ind w:left="259" w:hanging="259"/>
      </w:pPr>
      <w:r>
        <w:rPr>
          <w:b/>
        </w:rPr>
        <w:t xml:space="preserve">4. </w:t>
      </w:r>
      <w:r>
        <w:t>승인하면 해당 지역의 관리 권한이 열립니다.</w:t>
      </w:r>
    </w:p>
    <w:p>
      <w:pPr>
        <w:ind w:left="259" w:hanging="259"/>
      </w:pPr>
      <w:r>
        <w:rPr>
          <w:b/>
        </w:rPr>
        <w:t xml:space="preserve">5. </w:t>
      </w:r>
      <w:r>
        <w:t>반려하거나 권한을 멈출 때는 이유를 남깁니다.</w:t>
      </w:r>
    </w:p>
    <w:p>
      <w:pPr>
        <w:pStyle w:val="Heading2"/>
      </w:pPr>
      <w:r>
        <w:t>여러 지역을 운영할 때</w:t>
      </w:r>
    </w:p>
    <w:p>
      <w:pPr>
        <w:pStyle w:val="ListBullet"/>
      </w:pPr>
      <w:r>
        <w:t>새 시·군·구 만들기</w:t>
      </w:r>
    </w:p>
    <w:p>
      <w:pPr>
        <w:pStyle w:val="ListBullet"/>
      </w:pPr>
      <w:r>
        <w:t>지역 상태를 여행 가능·준비 중·비활성으로 바꾸기</w:t>
      </w:r>
    </w:p>
    <w:p>
      <w:pPr>
        <w:pStyle w:val="ListBullet"/>
      </w:pPr>
      <w:r>
        <w:t>지역 소개와 중심좌표 정하기</w:t>
      </w:r>
    </w:p>
    <w:p>
      <w:pPr>
        <w:pStyle w:val="ListBullet"/>
      </w:pPr>
      <w:r>
        <w:t>통합 홈에 내보낼 대표 지역과 뉴스 고르기</w:t>
      </w:r>
    </w:p>
    <w:p>
      <w:pPr>
        <w:pStyle w:val="ListBullet"/>
      </w:pPr>
      <w:r>
        <w:t>지역별 운영 상태와 방문 흐름 비교하기</w:t>
      </w:r>
    </w:p>
    <w:p>
      <w:pPr>
        <w:pStyle w:val="Heading1"/>
      </w:pPr>
      <w:r>
        <w:t>9. 비회원 통계와 개인정보</w:t>
      </w:r>
    </w:p>
    <w:p>
      <w:r>
        <w:t>비회원의 이름이나 이메일을 받지 않아도 어느 지역이 실제 방문으로 이어졌는지는 셀 수 있습니다. 다음 기록은 서비스 개선과 지역 운영에 씁니다.</w:t>
      </w:r>
    </w:p>
    <w:p>
      <w:pPr>
        <w:pStyle w:val="ListBullet"/>
      </w:pPr>
      <w:r>
        <w:t>통합 홈과 지역 홈 방문</w:t>
      </w:r>
    </w:p>
    <w:p>
      <w:pPr>
        <w:pStyle w:val="ListBullet"/>
      </w:pPr>
      <w:r>
        <w:t>코스 생성과 플레이 시작</w:t>
      </w:r>
    </w:p>
    <w:p>
      <w:pPr>
        <w:pStyle w:val="ListBullet"/>
      </w:pPr>
      <w:r>
        <w:t>방문 인증 성공·실패</w:t>
      </w:r>
    </w:p>
    <w:p>
      <w:pPr>
        <w:pStyle w:val="ListBullet"/>
      </w:pPr>
      <w:r>
        <w:t>코스 완주</w:t>
      </w:r>
    </w:p>
    <w:p>
      <w:pPr>
        <w:pStyle w:val="ListBullet"/>
      </w:pPr>
      <w:r>
        <w:t>하루 동안의 고유 방문자 수</w:t>
      </w:r>
    </w:p>
    <w:p>
      <w:pPr>
        <w:pStyle w:val="Heading2"/>
      </w:pPr>
      <w:r>
        <w:t>익명 방문자는 어떻게 셀까요?</w:t>
      </w:r>
    </w:p>
    <w:p>
      <w:r>
        <w:t>브라우저에 무작위 익명 번호를 발급합니다. IP 주소와 브라우저 정보는 원문으로 분석표에 남기지 않고, 되돌릴 수 없는 해시값으로 바꿔 중복 집계에만 씁니다.</w:t>
      </w:r>
    </w:p>
    <w:p>
      <w:pPr>
        <w:pStyle w:val="Callout"/>
      </w:pPr>
      <w:r>
        <w:t>바우처처럼 돈이나 혜택이 걸린 기능은 휴대전화 인증 또는 회원 계정을 요구합니다.</w:t>
      </w:r>
    </w:p>
    <w:p>
      <w:pPr>
        <w:pStyle w:val="Heading1"/>
      </w:pPr>
      <w:r>
        <w:t>10. 막혔을 때</w:t>
      </w:r>
    </w:p>
    <w:p>
      <w:r>
        <w:rPr>
          <w:b/>
        </w:rPr>
        <w:t>지도가 비어 있음</w:t>
      </w:r>
      <w:r>
        <w:br/>
        <w:t>인터넷 연결과 새로고침을 먼저 확인하세요. 특정 장소만 안 보이면 좌표가 빠졌을 수 있습니다.</w:t>
      </w:r>
    </w:p>
    <w:p>
      <w:r>
        <w:rPr>
          <w:b/>
        </w:rPr>
        <w:t>위치 권한을 거부함</w:t>
      </w:r>
      <w:r>
        <w:br/>
        <w:t>주소창의 자물쇠 또는 사이트 설정에서 위치를 허용으로 바꾼 뒤 새로고침하세요.</w:t>
      </w:r>
    </w:p>
    <w:p>
      <w:r>
        <w:rPr>
          <w:b/>
        </w:rPr>
        <w:t>GPS 오차가 큼</w:t>
      </w:r>
      <w:r>
        <w:br/>
        <w:t>입구나 창가로 이동하고 휴대전화 위치 서비스를 켠 뒤 다시 시도하세요.</w:t>
      </w:r>
    </w:p>
    <w:p>
      <w:r>
        <w:rPr>
          <w:b/>
        </w:rPr>
        <w:t>QR 카메라가 열리지 않음</w:t>
      </w:r>
      <w:r>
        <w:br/>
        <w:t>https 주소, 카메라 권한, 다른 앱의 카메라 사용 여부를 확인하세요.</w:t>
      </w:r>
    </w:p>
    <w:p>
      <w:r>
        <w:rPr>
          <w:b/>
        </w:rPr>
        <w:t>운영자 화면에 들어갈 수 없음</w:t>
      </w:r>
      <w:r>
        <w:br/>
        <w:t>담당자 신청이 승인됐는지 확인하세요.</w:t>
      </w:r>
    </w:p>
    <w:p>
      <w:r>
        <w:rPr>
          <w:b/>
        </w:rPr>
        <w:t>뉴스가 홈에 보이지 않음</w:t>
      </w:r>
      <w:r>
        <w:br/>
        <w:t>공개 상태와 게시 시각, 지역 선택과 대표 노출 설정을 확인하세요.</w:t>
      </w:r>
    </w:p>
    <w:p>
      <w:pPr>
        <w:pStyle w:val="Heading1"/>
      </w:pPr>
      <w:r>
        <w:t>11. 자주 묻는 질문</w:t>
      </w:r>
    </w:p>
    <w:p>
      <w:r>
        <w:rPr>
          <w:b/>
          <w:color w:val="153F31"/>
        </w:rPr>
        <w:t>Q. 여행하려면 꼭 가입해야 하나요?</w:t>
      </w:r>
    </w:p>
    <w:p>
      <w:pPr>
        <w:ind w:left="259"/>
      </w:pPr>
      <w:r>
        <w:t>A. 아닙니다. 지역 찾기, 코스 만들기와 현장 플레이는 비회원으로 할 수 있습니다.</w:t>
      </w:r>
    </w:p>
    <w:p>
      <w:r>
        <w:rPr>
          <w:b/>
          <w:color w:val="153F31"/>
        </w:rPr>
        <w:t>Q. 로그인하지 않으면 기록이 바로 사라지나요?</w:t>
      </w:r>
    </w:p>
    <w:p>
      <w:pPr>
        <w:ind w:left="259"/>
      </w:pPr>
      <w:r>
        <w:t>A. 같은 브라우저에서는 이어볼 수 있습니다. 기기를 바꾸거나 오래 보관하려면 계정을 만드세요.</w:t>
      </w:r>
    </w:p>
    <w:p>
      <w:r>
        <w:rPr>
          <w:b/>
          <w:color w:val="153F31"/>
        </w:rPr>
        <w:t>Q. 추천한 장소가 바로 공개되나요?</w:t>
      </w:r>
    </w:p>
    <w:p>
      <w:pPr>
        <w:ind w:left="259"/>
      </w:pPr>
      <w:r>
        <w:t>A. 아닙니다. 지역 담당자가 주소와 중복 여부를 살핀 뒤 공개합니다.</w:t>
      </w:r>
    </w:p>
    <w:p>
      <w:r>
        <w:rPr>
          <w:b/>
          <w:color w:val="153F31"/>
        </w:rPr>
        <w:t>Q. 담당자는 가입만 하면 되나요?</w:t>
      </w:r>
    </w:p>
    <w:p>
      <w:pPr>
        <w:ind w:left="259"/>
      </w:pPr>
      <w:r>
        <w:t>A. 아닙니다. 담당자 신청서를 내고 최고관리자의 승인을 받아야 합니다.</w:t>
      </w:r>
    </w:p>
    <w:p>
      <w:r>
        <w:rPr>
          <w:b/>
          <w:color w:val="153F31"/>
        </w:rPr>
        <w:t>Q. 모든 장소에서 QR을 찍나요?</w:t>
      </w:r>
    </w:p>
    <w:p>
      <w:pPr>
        <w:ind w:left="259"/>
      </w:pPr>
      <w:r>
        <w:t>A. 아닙니다. 야외 장소는 GPS만 쓰기도 하고, 매장과 실내 시설은 QR을 함께 쓰기도 합니다.</w:t>
      </w:r>
    </w:p>
    <w:p>
      <w:r>
        <w:rPr>
          <w:b/>
          <w:color w:val="153F31"/>
        </w:rPr>
        <w:t>Q. 포천 밖에서도 쓸 수 있나요?</w:t>
      </w:r>
    </w:p>
    <w:p>
      <w:pPr>
        <w:ind w:left="259"/>
      </w:pPr>
      <w:r>
        <w:t>A. 가능합니다. 새 지역을 만들고 담당자를 승인하면 지역별 뉴스, 장소와 통계를 따로 운영할 수 있습니다.</w:t>
      </w:r>
    </w:p>
    <w:p>
      <w:pPr>
        <w:pStyle w:val="Heading1"/>
      </w:pPr>
      <w:r>
        <w:t>부록. 바로 가는 주소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153F31"/>
          </w:tcPr>
          <w:p>
            <w:r>
              <w:rPr>
                <w:b/>
                <w:color w:val="FFFFFF"/>
              </w:rPr>
              <w:t>화면</w:t>
            </w:r>
          </w:p>
        </w:tc>
        <w:tc>
          <w:tcPr>
            <w:tcW w:type="dxa" w:w="5083"/>
            <w:shd w:fill="153F31"/>
          </w:tcPr>
          <w:p>
            <w:r>
              <w:rPr>
                <w:b/>
                <w:color w:val="FFFFFF"/>
              </w:rPr>
              <w:t>주소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통합 홈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서비스 이야기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https://reserchus.com/about.php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사용 설명서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https://reserchus.com/guide.php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10장으로 보기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https://reserchus.com/cardnews.php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참여 지역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https://reserchus.com/regions.php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회원가입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https://reserchus.com/signup.php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지역 담당자 신청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https://reserchus.com/manager-apply.php</w:t>
            </w:r>
          </w:p>
        </w:tc>
      </w:tr>
      <w:tr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운영자 로그인</w:t>
            </w:r>
          </w:p>
        </w:tc>
        <w:tc>
          <w:tcPr>
            <w:tcW w:type="dxa" w:w="508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sz w:val="17"/>
              </w:rPr>
              <w:t>https://reserchus.com/operator-login.php</w:t>
            </w:r>
          </w:p>
        </w:tc>
      </w:tr>
    </w:tbl>
    <w:p>
      <w:pPr>
        <w:pStyle w:val="Small"/>
      </w:pPr>
      <w:r>
        <w:br/>
        <w:t>RESEARCH_US V0.3.4 기준. 지역별 운영 정책에 따라 일부 화면과 인증 방식은 달라질 수 있습니다.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RESEARCH_US  · 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NanumGothic" w:hAnsi="NanumGothic" w:eastAsia="나눔고딕"/>
      <w:color w:val="33413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NanumSquare" w:hAnsi="NanumSquare" w:eastAsia="나눔스퀘어"/>
      <w:b/>
      <w:bCs/>
      <w:color w:val="153F31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NanumSquare" w:hAnsi="NanumSquare" w:eastAsia="나눔스퀘어"/>
      <w:b/>
      <w:bCs/>
      <w:color w:val="153F3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anumSquare" w:hAnsi="NanumSquare" w:eastAsia="나눔스퀘어"/>
      <w:b/>
      <w:bCs/>
      <w:color w:val="F0643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anumSquare" w:hAnsi="NanumSquare" w:eastAsia="나눔스퀘어"/>
      <w:b/>
      <w:color w:val="132019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rPr>
      <w:rFonts w:ascii="NanumGothic" w:hAnsi="NanumGothic" w:eastAsia="나눔고딕"/>
      <w:b w:val="0"/>
      <w:color w:val="66756C"/>
      <w:sz w:val="26"/>
    </w:rPr>
  </w:style>
  <w:style w:type="paragraph" w:customStyle="1" w:styleId="Small">
    <w:name w:val="Small"/>
    <w:rPr>
      <w:rFonts w:ascii="NanumGothic" w:hAnsi="NanumGothic" w:eastAsia="나눔고딕"/>
      <w:b w:val="0"/>
      <w:color w:val="7A8780"/>
      <w:sz w:val="17"/>
    </w:rPr>
  </w:style>
  <w:style w:type="paragraph" w:customStyle="1" w:styleId="Callout">
    <w:name w:val="Callout"/>
    <w:rPr>
      <w:rFonts w:ascii="NanumGothic" w:hAnsi="NanumGothic" w:eastAsia="나눔고딕"/>
      <w:b w:val="0"/>
      <w:color w:val="153F31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